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63F" w:rsidRDefault="00CE0962" w:rsidP="00CE0962">
      <w:pPr>
        <w:ind w:left="5760"/>
      </w:pPr>
      <w:r>
        <w:t>Warsaw, date ………………</w:t>
      </w:r>
    </w:p>
    <w:p w:rsidR="0058563F" w:rsidRDefault="00CE0962">
      <w:r>
        <w:t>…...................................................................</w:t>
      </w:r>
      <w:r>
        <w:br/>
        <w:t>Full name of student</w:t>
      </w:r>
    </w:p>
    <w:p w:rsidR="0058563F" w:rsidRDefault="00CE0962">
      <w:r>
        <w:t xml:space="preserve">Biology / Biotechnology / Biomedical Technology* </w:t>
      </w:r>
      <w:r>
        <w:br/>
        <w:t>Field of study</w:t>
      </w:r>
    </w:p>
    <w:p w:rsidR="0058563F" w:rsidRDefault="00CE0962">
      <w:r>
        <w:t>…....................................................................</w:t>
      </w:r>
      <w:r>
        <w:br/>
        <w:t xml:space="preserve">Degree / </w:t>
      </w:r>
      <w:r>
        <w:t>year / semester of studies</w:t>
      </w:r>
    </w:p>
    <w:p w:rsidR="0058563F" w:rsidRDefault="00CE0962">
      <w:r>
        <w:t>…....................................................................</w:t>
      </w:r>
      <w:r>
        <w:br/>
        <w:t>Student ID number</w:t>
      </w:r>
    </w:p>
    <w:p w:rsidR="0058563F" w:rsidRDefault="00CE0962" w:rsidP="00CE0962">
      <w:pPr>
        <w:jc w:val="right"/>
      </w:pPr>
      <w:r>
        <w:t>Vice-Dean for Teaching</w:t>
      </w:r>
      <w:r>
        <w:br/>
        <w:t>Faculty of Biology and Biotechnology</w:t>
      </w:r>
      <w:r>
        <w:br/>
        <w:t>Warsaw University of Life Sciences (SGGW)</w:t>
      </w:r>
    </w:p>
    <w:p w:rsidR="0058563F" w:rsidRPr="00CE0962" w:rsidRDefault="00CE0962" w:rsidP="00CE0962">
      <w:pPr>
        <w:pStyle w:val="Nagwek2"/>
        <w:jc w:val="center"/>
        <w:rPr>
          <w:color w:val="auto"/>
        </w:rPr>
      </w:pPr>
      <w:bookmarkStart w:id="0" w:name="_GoBack"/>
      <w:r w:rsidRPr="00CE0962">
        <w:rPr>
          <w:color w:val="auto"/>
        </w:rPr>
        <w:t>Application</w:t>
      </w:r>
    </w:p>
    <w:bookmarkEnd w:id="0"/>
    <w:p w:rsidR="0058563F" w:rsidRDefault="00CE0962">
      <w:r>
        <w:t>I kindly request the issuan</w:t>
      </w:r>
      <w:r>
        <w:t>ce of a copy of the diploma and diploma supplement in English as part of the set:</w:t>
      </w:r>
    </w:p>
    <w:p w:rsidR="0058563F" w:rsidRDefault="00CE0962">
      <w:r>
        <w:t>yes / no *  Original – Polish, 1 copy – Polish, 1 copy – English (free of charge),</w:t>
      </w:r>
    </w:p>
    <w:p w:rsidR="0058563F" w:rsidRDefault="00CE0962">
      <w:r>
        <w:t>yes / no *  Original – Polish, 2 copies – Polish, 1 copy – English (fee: 40 PLN).</w:t>
      </w:r>
    </w:p>
    <w:p w:rsidR="0058563F" w:rsidRDefault="00CE0962">
      <w:r>
        <w:t>Date of d</w:t>
      </w:r>
      <w:r>
        <w:t>iploma examination …………………………..</w:t>
      </w:r>
    </w:p>
    <w:p w:rsidR="0058563F" w:rsidRDefault="00CE0962">
      <w:r>
        <w:t>__________________________</w:t>
      </w:r>
      <w:r>
        <w:br/>
        <w:t>Student’s signature</w:t>
      </w:r>
    </w:p>
    <w:p w:rsidR="0058563F" w:rsidRDefault="00CE0962">
      <w:r>
        <w:t>The application for the issuance of a copy of the diploma in English may be submitted no later than on the day of the diploma examination.</w:t>
      </w:r>
    </w:p>
    <w:p w:rsidR="0058563F" w:rsidRDefault="00CE0962">
      <w:r>
        <w:t>* delete as appropriate</w:t>
      </w:r>
    </w:p>
    <w:sectPr w:rsidR="005856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8563F"/>
    <w:rsid w:val="00AA1D8D"/>
    <w:rsid w:val="00B47730"/>
    <w:rsid w:val="00CB0664"/>
    <w:rsid w:val="00CE096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8562B2"/>
  <w14:defaultImageDpi w14:val="300"/>
  <w15:docId w15:val="{F182D505-743C-4F46-874D-3DF355375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A25D87-8284-4910-B5B5-0147F5D49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874</Characters>
  <Application>Microsoft Office Word</Application>
  <DocSecurity>0</DocSecurity>
  <Lines>23</Lines>
  <Paragraphs>16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    Application</vt:lpstr>
      <vt:lpstr/>
    </vt:vector>
  </TitlesOfParts>
  <Manager/>
  <Company/>
  <LinksUpToDate>false</LinksUpToDate>
  <CharactersWithSpaces>992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Magdalena Pawełkowicz</cp:lastModifiedBy>
  <cp:revision>2</cp:revision>
  <dcterms:created xsi:type="dcterms:W3CDTF">2025-09-30T15:50:00Z</dcterms:created>
  <dcterms:modified xsi:type="dcterms:W3CDTF">2025-09-30T15:50:00Z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264221d4-7bdd-4c79-99c5-19d3e3694d05</vt:lpwstr>
  </property>
</Properties>
</file>