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21B" w:rsidRDefault="00A5521B" w:rsidP="00A5521B">
      <w:pPr>
        <w:jc w:val="right"/>
        <w:rPr>
          <w:sz w:val="18"/>
          <w:szCs w:val="18"/>
        </w:rPr>
      </w:pPr>
      <w:r w:rsidRPr="00A5521B">
        <w:rPr>
          <w:sz w:val="18"/>
          <w:szCs w:val="18"/>
        </w:rPr>
        <w:t>Annex No. 1</w:t>
      </w:r>
    </w:p>
    <w:p w:rsidR="00573718" w:rsidRPr="00A5521B" w:rsidRDefault="00A5521B" w:rsidP="00A5521B">
      <w:pPr>
        <w:jc w:val="right"/>
        <w:rPr>
          <w:sz w:val="18"/>
          <w:szCs w:val="18"/>
        </w:rPr>
      </w:pPr>
      <w:r w:rsidRPr="00A5521B">
        <w:rPr>
          <w:sz w:val="18"/>
          <w:szCs w:val="18"/>
        </w:rPr>
        <w:t>to the Anti-Plagiarism Regulations for Diploma Theses</w:t>
      </w:r>
      <w:r w:rsidRPr="00A5521B">
        <w:rPr>
          <w:sz w:val="18"/>
          <w:szCs w:val="18"/>
        </w:rPr>
        <w:br/>
        <w:t>of students of the Warsaw University of Life Sciences (SGGW)</w:t>
      </w:r>
    </w:p>
    <w:p w:rsidR="00573718" w:rsidRDefault="00A5521B">
      <w:r>
        <w:t>………………………....................</w:t>
      </w:r>
      <w:r>
        <w:tab/>
      </w:r>
      <w:r>
        <w:tab/>
      </w:r>
      <w:r>
        <w:tab/>
      </w:r>
      <w:r>
        <w:tab/>
      </w:r>
      <w:r>
        <w:tab/>
      </w:r>
      <w:r>
        <w:t>Warsaw, date ….……………</w:t>
      </w:r>
      <w:r>
        <w:br/>
        <w:t>(student’s full name)</w:t>
      </w:r>
    </w:p>
    <w:p w:rsidR="00573718" w:rsidRDefault="00A5521B">
      <w:r>
        <w:t>……………………………………</w:t>
      </w:r>
      <w:r>
        <w:tab/>
      </w:r>
      <w:r>
        <w:br/>
        <w:t xml:space="preserve">(student ID number / field of </w:t>
      </w:r>
      <w:r>
        <w:t>study)</w:t>
      </w:r>
    </w:p>
    <w:p w:rsidR="00A5521B" w:rsidRDefault="00A5521B">
      <w:r>
        <w:t>……………………………………</w:t>
      </w:r>
      <w:r>
        <w:br/>
        <w:t>(contact phone number)</w:t>
      </w:r>
      <w:r>
        <w:tab/>
      </w:r>
    </w:p>
    <w:p w:rsidR="00A5521B" w:rsidRDefault="00A5521B"/>
    <w:p w:rsidR="00A5521B" w:rsidRDefault="00A5521B" w:rsidP="00A5521B">
      <w:pPr>
        <w:spacing w:after="0" w:line="240" w:lineRule="auto"/>
        <w:jc w:val="right"/>
      </w:pPr>
      <w:r>
        <w:t xml:space="preserve">Dean of the </w:t>
      </w:r>
      <w:r>
        <w:t>Faculty of Biology and Biotechnology</w:t>
      </w:r>
      <w:r>
        <w:t xml:space="preserve"> </w:t>
      </w:r>
    </w:p>
    <w:p w:rsidR="00573718" w:rsidRDefault="00A5521B" w:rsidP="00A5521B">
      <w:pPr>
        <w:spacing w:after="0" w:line="240" w:lineRule="auto"/>
        <w:jc w:val="right"/>
      </w:pPr>
      <w:r>
        <w:t>Warsaw University of Life Sciences (SGGW)</w:t>
      </w:r>
    </w:p>
    <w:p w:rsidR="00A5521B" w:rsidRDefault="00A5521B" w:rsidP="00A5521B">
      <w:pPr>
        <w:spacing w:after="0" w:line="240" w:lineRule="auto"/>
        <w:jc w:val="right"/>
      </w:pPr>
    </w:p>
    <w:p w:rsidR="00573718" w:rsidRPr="00A5521B" w:rsidRDefault="00A5521B" w:rsidP="00A5521B">
      <w:pPr>
        <w:pStyle w:val="Nagwek2"/>
        <w:jc w:val="center"/>
        <w:rPr>
          <w:color w:val="auto"/>
        </w:rPr>
      </w:pPr>
      <w:r w:rsidRPr="00A5521B">
        <w:rPr>
          <w:color w:val="auto"/>
        </w:rPr>
        <w:t>Application for Admission to the Diploma Examination</w:t>
      </w:r>
    </w:p>
    <w:p w:rsidR="00573718" w:rsidRDefault="00A5521B" w:rsidP="00A5521B">
      <w:pPr>
        <w:jc w:val="both"/>
      </w:pPr>
      <w:r>
        <w:t>I kindly request admission to the diploma examination and the scheduling of the</w:t>
      </w:r>
      <w:r>
        <w:t xml:space="preserve"> date of this examination. I have obtained passing grades in all courses included in the study program, and my diploma thesis entitled …………………………………………………………………………………….</w:t>
      </w:r>
      <w:r>
        <w:t xml:space="preserve"> was accepted on …………………………</w:t>
      </w:r>
      <w:bookmarkStart w:id="0" w:name="_GoBack"/>
      <w:bookmarkEnd w:id="0"/>
      <w:r>
        <w:t xml:space="preserve"> by ……………………………………… (title, name, surname of the supervisor).</w:t>
      </w:r>
    </w:p>
    <w:p w:rsidR="00573718" w:rsidRDefault="00A5521B" w:rsidP="00A5521B">
      <w:pPr>
        <w:jc w:val="both"/>
      </w:pPr>
      <w:r>
        <w:t>I ac</w:t>
      </w:r>
      <w:r>
        <w:t>knowledge that, in accordance with applicable regulations, my diploma thesis will be verified for plagiarism in the Unified Anti-Plagiarism System (JSA). After successfully passing the diploma examination, it will be added to the National Repository of Wri</w:t>
      </w:r>
      <w:r>
        <w:t>tten Diploma Theses in the Integrated Higher Education Information System (POL-on) maintained by the Minister of Science and Higher Education, provided that works containing classified information are not included in this repository.</w:t>
      </w:r>
    </w:p>
    <w:p w:rsidR="00573718" w:rsidRDefault="00A5521B">
      <w:r>
        <w:t>…………………………..</w:t>
      </w:r>
      <w:r>
        <w:br/>
        <w:t>(student’</w:t>
      </w:r>
      <w:r>
        <w:t>s signature)</w:t>
      </w:r>
    </w:p>
    <w:p w:rsidR="00573718" w:rsidRDefault="00A5521B">
      <w:r>
        <w:t>As the reviewer of the diploma thesis, I appoint</w:t>
      </w:r>
      <w:r>
        <w:br/>
        <w:t>Mr./Ms. …………………………………………………………………………………</w:t>
      </w:r>
    </w:p>
    <w:p w:rsidR="00573718" w:rsidRDefault="00A5521B">
      <w:r>
        <w:t>The thesis has been verified in the Unified Anti-Plagiarism System (JSA) and approved for defense by the Supervisor.</w:t>
      </w:r>
    </w:p>
    <w:p w:rsidR="00573718" w:rsidRDefault="00A5521B">
      <w:r>
        <w:t>………….……………………</w:t>
      </w:r>
      <w:r>
        <w:br/>
        <w:t>(signature of the Dean)</w:t>
      </w:r>
    </w:p>
    <w:sectPr w:rsidR="0057371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73718"/>
    <w:rsid w:val="00A5521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E8BFD4"/>
  <w14:defaultImageDpi w14:val="300"/>
  <w15:docId w15:val="{50A77BE9-2947-4267-9F6D-7AFF8BA9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E4A1B2-86C5-47FD-8805-5E67D6CFB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1336</Characters>
  <Application>Microsoft Office Word</Application>
  <DocSecurity>0</DocSecurity>
  <Lines>32</Lines>
  <Paragraphs>16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    Application for Admission to the Diploma Examination</vt:lpstr>
      <vt:lpstr/>
    </vt:vector>
  </TitlesOfParts>
  <Manager/>
  <Company/>
  <LinksUpToDate>false</LinksUpToDate>
  <CharactersWithSpaces>1536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Magdalena Pawełkowicz</cp:lastModifiedBy>
  <cp:revision>2</cp:revision>
  <dcterms:created xsi:type="dcterms:W3CDTF">2025-09-30T15:47:00Z</dcterms:created>
  <dcterms:modified xsi:type="dcterms:W3CDTF">2025-09-30T15:47:00Z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f92c662a-d1dd-42ab-a67b-7c12c6385e20</vt:lpwstr>
  </property>
</Properties>
</file>