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7975" w:rsidRDefault="00F37975">
      <w:r>
        <w:t xml:space="preserve">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Warsaw, date:…………</w:t>
      </w:r>
    </w:p>
    <w:p w:rsidR="00BE3423" w:rsidRDefault="00F37975">
      <w:r>
        <w:t>Full name, student ID number:………………………….</w:t>
      </w:r>
    </w:p>
    <w:p w:rsidR="00BE3423" w:rsidRDefault="00F37975">
      <w:r>
        <w:t>Field of study:………………………………………………….</w:t>
      </w:r>
    </w:p>
    <w:p w:rsidR="00BE3423" w:rsidRDefault="00F37975">
      <w:r>
        <w:t>Degree/year/semester:……………………………………</w:t>
      </w:r>
    </w:p>
    <w:p w:rsidR="00BE3423" w:rsidRDefault="00F37975">
      <w:r>
        <w:t xml:space="preserve">Contact </w:t>
      </w:r>
      <w:r>
        <w:t>phone number:…………………………………….</w:t>
      </w:r>
    </w:p>
    <w:p w:rsidR="00BE3423" w:rsidRDefault="00F37975" w:rsidP="00F37975">
      <w:pPr>
        <w:jc w:val="right"/>
      </w:pPr>
      <w:r>
        <w:t>Vice-Dean for didactics</w:t>
      </w:r>
      <w:r>
        <w:br/>
        <w:t>Faculty of Biology and Biotechnology</w:t>
      </w:r>
      <w:r>
        <w:br/>
        <w:t>Warsaw University of Life Sciences (SGGW)</w:t>
      </w:r>
    </w:p>
    <w:p w:rsidR="00BE3423" w:rsidRPr="00F37975" w:rsidRDefault="00F37975" w:rsidP="00F37975">
      <w:pPr>
        <w:pStyle w:val="Nagwek2"/>
        <w:jc w:val="center"/>
        <w:rPr>
          <w:color w:val="auto"/>
        </w:rPr>
      </w:pPr>
      <w:r w:rsidRPr="00F37975">
        <w:rPr>
          <w:color w:val="auto"/>
        </w:rPr>
        <w:t>Application</w:t>
      </w:r>
    </w:p>
    <w:p w:rsidR="00BE3423" w:rsidRDefault="00F37975">
      <w:r>
        <w:t>I hereby request an extension of the deadline for submitting my diploma thesis (engineering / bachelor’s / master’s) (delete inappropriate</w:t>
      </w:r>
      <w:r>
        <w:t>) until:</w:t>
      </w:r>
    </w:p>
    <w:p w:rsidR="00F37975" w:rsidRDefault="00F37975">
      <w:r>
        <w:t>My request is motivated by the fact that :</w:t>
      </w:r>
      <w:r w:rsidRPr="00F37975">
        <w:t xml:space="preserve"> 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…………</w:t>
      </w:r>
    </w:p>
    <w:p w:rsidR="00F37975" w:rsidRDefault="00F37975" w:rsidP="00F37975">
      <w:r>
        <w:t>I kindly ask for my request to be considered positively.</w:t>
      </w:r>
    </w:p>
    <w:p w:rsidR="00F37975" w:rsidRDefault="00F37975">
      <w:r>
        <w:t>Data and s</w:t>
      </w:r>
      <w:r>
        <w:t>tudent’s signature:…………………………………………..</w:t>
      </w:r>
    </w:p>
    <w:p w:rsidR="00BE3423" w:rsidRDefault="00F37975">
      <w:r>
        <w:br/>
        <w:t>Supervisor’s opinion w</w:t>
      </w:r>
      <w:r>
        <w:t>ith information on the progress of the diploma thesis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BE3423" w:rsidRDefault="00F37975">
      <w:r>
        <w:br/>
        <w:t>D</w:t>
      </w:r>
      <w:r>
        <w:t>ate and supervisor’s signature:…………………………</w:t>
      </w:r>
    </w:p>
    <w:p w:rsidR="00BE3423" w:rsidRDefault="00F37975">
      <w:r>
        <w:br/>
        <w:t>Decision of the Vice-Dean for Teaching, Faculty of Biology and Biotechnology:</w:t>
      </w:r>
    </w:p>
    <w:p w:rsidR="00BE3423" w:rsidRDefault="00F37975">
      <w:r>
        <w:t xml:space="preserve">After considering the request, I do/do not* grant permission to extend </w:t>
      </w:r>
      <w:r>
        <w:t>the deadline for submitting the diploma thesis until:…………………………………………………..</w:t>
      </w:r>
      <w:bookmarkStart w:id="0" w:name="_GoBack"/>
      <w:bookmarkEnd w:id="0"/>
    </w:p>
    <w:p w:rsidR="00BE3423" w:rsidRDefault="00F37975">
      <w:r>
        <w:br/>
        <w:t xml:space="preserve"> D</w:t>
      </w:r>
      <w:r>
        <w:t>ate and signature of the Vice-Dean for Didactics:………………………………………………………</w:t>
      </w:r>
    </w:p>
    <w:sectPr w:rsidR="00BE342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BE3423"/>
    <w:rsid w:val="00CB0664"/>
    <w:rsid w:val="00F3797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5F5706"/>
  <w14:defaultImageDpi w14:val="300"/>
  <w15:docId w15:val="{50A77BE9-2947-4267-9F6D-7AFF8BA9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0CBF7D-D223-46B1-BCAE-7FF983899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1240</Characters>
  <Application>Microsoft Office Word</Application>
  <DocSecurity>0</DocSecurity>
  <Lines>47</Lines>
  <Paragraphs>31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    Application</vt:lpstr>
      <vt:lpstr/>
    </vt:vector>
  </TitlesOfParts>
  <Manager/>
  <Company/>
  <LinksUpToDate>false</LinksUpToDate>
  <CharactersWithSpaces>1420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Magdalena Pawełkowicz</cp:lastModifiedBy>
  <cp:revision>2</cp:revision>
  <dcterms:created xsi:type="dcterms:W3CDTF">2025-09-30T15:40:00Z</dcterms:created>
  <dcterms:modified xsi:type="dcterms:W3CDTF">2025-09-30T15:40:00Z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7aeadcd0-af93-472a-a1fd-df52401044b7</vt:lpwstr>
  </property>
</Properties>
</file>